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32"/>
        </w:rPr>
        <w:t>TEMPLATE PENULISAN ARTIKEL JURNAL DIGITALISASI AKUNTANSI (JDA)</w:t>
      </w:r>
    </w:p>
    <w:p>
      <w:pPr>
        <w:jc w:val="center"/>
      </w:pPr>
      <w:r>
        <w:rPr>
          <w:rFonts w:ascii="Times New Roman" w:hAnsi="Times New Roman"/>
          <w:i/>
          <w:sz w:val="24"/>
        </w:rPr>
        <w:t>Judul Artikel Harus Jelas, Informatif, dan Menggambarkan Isi Penelitian (Maksimal 15 Kata)</w:t>
      </w:r>
    </w:p>
    <w:p>
      <w:pPr>
        <w:jc w:val="center"/>
      </w:pPr>
      <w:r>
        <w:rPr>
          <w:rFonts w:ascii="Times New Roman" w:hAnsi="Times New Roman"/>
          <w:b/>
          <w:sz w:val="22"/>
        </w:rPr>
        <w:t>Nama Penulis Pertama1*, Nama Penulis Kedua2</w:t>
        <w:br/>
      </w:r>
      <w:r>
        <w:rPr>
          <w:rFonts w:ascii="Times New Roman" w:hAnsi="Times New Roman"/>
          <w:i/>
          <w:sz w:val="20"/>
        </w:rPr>
        <w:t>1,2 Program Studi, Institusi / Universitas, Kota, Indonesia</w:t>
        <w:br/>
        <w:t>*Email Korespondensi: penulis@domain.ac.id</w:t>
      </w:r>
    </w:p>
    <w:p/>
    <w:p>
      <w:r>
        <w:rPr>
          <w:rFonts w:ascii="Times New Roman" w:hAnsi="Times New Roman"/>
          <w:b/>
          <w:sz w:val="22"/>
        </w:rPr>
        <w:t>ABSTRAK</w:t>
        <w:br/>
      </w:r>
      <w:r>
        <w:rPr>
          <w:rFonts w:ascii="Times New Roman" w:hAnsi="Times New Roman"/>
          <w:sz w:val="20"/>
        </w:rPr>
        <w:t>Abstrak ditulis dalam bahasa Indonesia dan bahasa Inggris. Abstrak merupakan ringkasan menyeluruh dari penelitian yang meliputi latar belakang, tujuan, metode penelitian, hasil utama, dan kesimpulan. Panjang abstrak antara 150 - 250 kata. Dibuat dalam satu paragraf tunggal tanpa sitasi.</w:t>
        <w:br/>
      </w:r>
    </w:p>
    <w:p>
      <w:r>
        <w:rPr>
          <w:rFonts w:ascii="Times New Roman" w:hAnsi="Times New Roman"/>
          <w:b/>
          <w:sz w:val="20"/>
        </w:rPr>
        <w:t xml:space="preserve">Kata Kunci: </w:t>
      </w:r>
      <w:r>
        <w:rPr>
          <w:rFonts w:ascii="Times New Roman" w:hAnsi="Times New Roman"/>
          <w:i/>
          <w:sz w:val="20"/>
        </w:rPr>
        <w:t>Kata kunci 1; Kata kunci 2; Kata kunci 3 (3-5 kata/frasa)</w:t>
      </w:r>
    </w:p>
    <w:p>
      <w:r>
        <w:rPr>
          <w:rFonts w:ascii="Times New Roman" w:hAnsi="Times New Roman"/>
          <w:b/>
          <w:sz w:val="22"/>
        </w:rPr>
        <w:t>ABSTRACT</w:t>
        <w:br/>
      </w:r>
      <w:r>
        <w:rPr>
          <w:rFonts w:ascii="Times New Roman" w:hAnsi="Times New Roman"/>
          <w:i/>
          <w:sz w:val="20"/>
        </w:rPr>
        <w:t>Abstract should be written in English. It should clearly state the background, objective, methodology, key findings, and main conclusions. The abstract length must be between 150 to 250 words, formatted in a single paragraph without citations.</w:t>
        <w:br/>
      </w:r>
    </w:p>
    <w:p>
      <w:r>
        <w:rPr>
          <w:rFonts w:ascii="Times New Roman" w:hAnsi="Times New Roman"/>
          <w:b/>
          <w:sz w:val="20"/>
        </w:rPr>
        <w:t xml:space="preserve">Keywords: </w:t>
      </w:r>
      <w:r>
        <w:rPr>
          <w:rFonts w:ascii="Times New Roman" w:hAnsi="Times New Roman"/>
          <w:i/>
          <w:sz w:val="20"/>
        </w:rPr>
        <w:t>Keyword 1; Keyword 2; Keyword 3 (3-5 words/phrases)</w:t>
      </w:r>
    </w:p>
    <w:p/>
    <w:p>
      <w:r>
        <w:rPr>
          <w:rFonts w:ascii="Times New Roman" w:hAnsi="Times New Roman"/>
          <w:b/>
          <w:sz w:val="24"/>
        </w:rPr>
        <w:t>1. PENDAHULUAN</w:t>
      </w:r>
    </w:p>
    <w:p>
      <w:r>
        <w:rPr>
          <w:rFonts w:ascii="Times New Roman" w:hAnsi="Times New Roman"/>
          <w:sz w:val="22"/>
        </w:rPr>
        <w:t>Pendahuluan menguraikan latar belakang masalah, perumusan masalah, tinjauan pustaka terkini, state of the art, serta tujuan dan kontribusi dari penelitian yang dilakukan.</w:t>
      </w:r>
    </w:p>
    <w:p>
      <w:r>
        <w:rPr>
          <w:rFonts w:ascii="Times New Roman" w:hAnsi="Times New Roman"/>
          <w:b/>
          <w:sz w:val="24"/>
        </w:rPr>
        <w:t>2. METODE PENELITIAN</w:t>
      </w:r>
    </w:p>
    <w:p>
      <w:r>
        <w:rPr>
          <w:rFonts w:ascii="Times New Roman" w:hAnsi="Times New Roman"/>
          <w:sz w:val="22"/>
        </w:rPr>
        <w:t>Metode penelitian menjelaskan alur atau tahapan penelitian secara sistematis, teknik pengumpulan data, populasi dan sampel, alat/bahan yang digunakan, serta teknik analisis data yang diterapkan.</w:t>
      </w:r>
    </w:p>
    <w:p>
      <w:r>
        <w:rPr>
          <w:rFonts w:ascii="Times New Roman" w:hAnsi="Times New Roman"/>
          <w:b/>
          <w:sz w:val="24"/>
        </w:rPr>
        <w:t>3. HASIL DAN PEMBAHASAN</w:t>
      </w:r>
    </w:p>
    <w:p>
      <w:r>
        <w:rPr>
          <w:rFonts w:ascii="Times New Roman" w:hAnsi="Times New Roman"/>
          <w:sz w:val="22"/>
        </w:rPr>
        <w:t>Bagian ini menyajikan data hasil penelitian baik dalam bentuk tabel, grafik, maupun gambar disertai pembahasan yang komprehensif dan perbandingan dengan penelitian terdahulu.</w:t>
      </w:r>
    </w:p>
    <w:p>
      <w:r>
        <w:rPr>
          <w:rFonts w:ascii="Times New Roman" w:hAnsi="Times New Roman"/>
          <w:b/>
          <w:sz w:val="24"/>
        </w:rPr>
        <w:t>4. KESIMPULAN</w:t>
      </w:r>
    </w:p>
    <w:p>
      <w:r>
        <w:rPr>
          <w:rFonts w:ascii="Times New Roman" w:hAnsi="Times New Roman"/>
          <w:sz w:val="22"/>
        </w:rPr>
        <w:t>Kesimpulan merangkum jawaban atas tujuan penelitian, implikasi hasil, serta saran untuk pengembangan penelitian selanjutnya.</w:t>
      </w:r>
    </w:p>
    <w:p>
      <w:r>
        <w:rPr>
          <w:rFonts w:ascii="Times New Roman" w:hAnsi="Times New Roman"/>
          <w:b/>
          <w:sz w:val="24"/>
        </w:rPr>
        <w:t>DAFTAR PUSTAKA</w:t>
      </w:r>
    </w:p>
    <w:p>
      <w:r>
        <w:rPr>
          <w:rFonts w:ascii="Times New Roman" w:hAnsi="Times New Roman"/>
          <w:sz w:val="22"/>
        </w:rPr>
        <w:t>[1] Nama Penulis, "Judul Artikel/Buku," Nama Jurnal/Penerbit, vol. X, no. Y, pp. 1-10, Tahun.</w:t>
        <w:br/>
        <w:t>[2] Author Name, "Title of Paper," Journal Name, vol. A, no. B, pp. 10-20, Year.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